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B80EB" w14:textId="77777777" w:rsidR="002E762B" w:rsidRDefault="00000000">
      <w:pPr>
        <w:pStyle w:val="aa"/>
      </w:pPr>
      <w:r>
        <w:t xml:space="preserve">NEXUS LAB </w:t>
      </w:r>
      <w:r>
        <w:t>共創提案書</w:t>
      </w:r>
    </w:p>
    <w:p w14:paraId="399D89F1" w14:textId="77777777" w:rsidR="002E762B" w:rsidRDefault="00000000">
      <w:r>
        <w:rPr>
          <w:b/>
        </w:rPr>
        <w:t>提出先　学生団体 NEXUS LAB　代表 大湾 啓正</w:t>
      </w:r>
    </w:p>
    <w:p w14:paraId="6BC1C2D5" w14:textId="77777777" w:rsidR="002E762B" w:rsidRDefault="00000000">
      <w:r>
        <w:rPr>
          <w:sz w:val="20"/>
        </w:rPr>
        <w:t>新しい企画・サービスや社会課題の解決策を、NEXUS LABと共同で構想・検証したい企業向けの提出様式です。</w:t>
      </w:r>
    </w:p>
    <w:p w14:paraId="035C4EE2" w14:textId="77777777" w:rsidR="002E762B" w:rsidRDefault="00000000">
      <w:r>
        <w:rPr>
          <w:sz w:val="18"/>
        </w:rPr>
        <w:t>記入欄は必要に応じて拡張してください。未定事項は「未定」と確認予定時期を、該当しない項目は「該当なし」と記載してください。</w:t>
      </w:r>
    </w:p>
    <w:p w14:paraId="074ADDFE" w14:textId="77777777" w:rsidR="002E762B" w:rsidRDefault="00000000">
      <w:pPr>
        <w:pStyle w:val="1"/>
      </w:pPr>
      <w:r>
        <w:t xml:space="preserve">1 </w:t>
      </w:r>
      <w:r>
        <w:t>提案企業と概要</w:t>
      </w:r>
    </w:p>
    <w:p w14:paraId="5E32FAFD" w14:textId="77777777" w:rsidR="002E762B" w:rsidRDefault="00000000">
      <w:r>
        <w:t>提出日：［年 月 日］　　提案件名：［記入］</w:t>
      </w:r>
    </w:p>
    <w:p w14:paraId="64D3B212" w14:textId="77777777" w:rsidR="002E762B" w:rsidRDefault="00000000">
      <w:r>
        <w:t>企業名：［記入］　　所在地：［記入］</w:t>
      </w:r>
      <w:r>
        <w:br/>
        <w:t>事業内容・公式URL：［記入］</w:t>
      </w:r>
    </w:p>
    <w:p w14:paraId="2863478A" w14:textId="77777777" w:rsidR="002E762B" w:rsidRDefault="00000000">
      <w:r>
        <w:t>担当者・部署・役職：［記入］</w:t>
      </w:r>
      <w:r>
        <w:br/>
        <w:t>メール：［記入］　　電話：［記入］</w:t>
      </w:r>
      <w:r>
        <w:br/>
        <w:t>意思決定者・社内検討状況：［記入］</w:t>
      </w:r>
    </w:p>
    <w:p w14:paraId="03BC3B4C" w14:textId="77777777" w:rsidR="002E762B" w:rsidRDefault="00000000">
      <w:pPr>
        <w:pStyle w:val="21"/>
      </w:pPr>
      <w:r>
        <w:t>解決したい課題と根拠</w:t>
      </w:r>
    </w:p>
    <w:p w14:paraId="673B94FE" w14:textId="77777777" w:rsidR="002E762B" w:rsidRDefault="00000000">
      <w:r>
        <w:rPr>
          <w:sz w:val="18"/>
        </w:rPr>
        <w:t>誰のどのような課題か。調査・当事者の声・既存の取り組みと、未解決の点を記載してください。</w:t>
      </w:r>
    </w:p>
    <w:p w14:paraId="73CFD1ED" w14:textId="77777777" w:rsidR="002E762B" w:rsidRDefault="00000000">
      <w:pPr>
        <w:spacing w:after="160"/>
      </w:pPr>
      <w:r>
        <w:t>［ご記入ください］</w:t>
      </w:r>
      <w:r>
        <w:br/>
      </w:r>
      <w:r>
        <w:br/>
      </w:r>
    </w:p>
    <w:p w14:paraId="06B56265" w14:textId="77777777" w:rsidR="002E762B" w:rsidRDefault="00000000">
      <w:pPr>
        <w:pStyle w:val="21"/>
      </w:pPr>
      <w:r>
        <w:t>共同で生み出したい価値</w:t>
      </w:r>
    </w:p>
    <w:p w14:paraId="778C6261" w14:textId="77777777" w:rsidR="002E762B" w:rsidRDefault="00000000">
      <w:r>
        <w:rPr>
          <w:sz w:val="18"/>
        </w:rPr>
        <w:t>提案の要約と、学生・地域・企業などに起こしたい変化を記載してください。</w:t>
      </w:r>
    </w:p>
    <w:p w14:paraId="5FA70B16" w14:textId="77777777" w:rsidR="002E762B" w:rsidRDefault="00000000">
      <w:pPr>
        <w:spacing w:after="160"/>
      </w:pPr>
      <w:r>
        <w:t>［ご記入ください］</w:t>
      </w:r>
      <w:r>
        <w:br/>
      </w:r>
    </w:p>
    <w:p w14:paraId="266141C1" w14:textId="77777777" w:rsidR="002E762B" w:rsidRDefault="00000000">
      <w:pPr>
        <w:pStyle w:val="21"/>
      </w:pPr>
      <w:r>
        <w:t>NEXUS LAB</w:t>
      </w:r>
      <w:r>
        <w:t>と取り組む理由</w:t>
      </w:r>
    </w:p>
    <w:p w14:paraId="7C245F21" w14:textId="77777777" w:rsidR="002E762B" w:rsidRDefault="00000000">
      <w:r>
        <w:rPr>
          <w:sz w:val="18"/>
        </w:rPr>
        <w:t>当団体の活動との接点、学生が企画や意思決定に関わる方法を具体的に記載してください。</w:t>
      </w:r>
    </w:p>
    <w:p w14:paraId="1A6262E9" w14:textId="77777777" w:rsidR="002E762B" w:rsidRDefault="00000000">
      <w:pPr>
        <w:spacing w:after="160"/>
      </w:pPr>
      <w:r>
        <w:t>［ご記入ください］</w:t>
      </w:r>
      <w:r>
        <w:br/>
      </w:r>
    </w:p>
    <w:p w14:paraId="4B794A1A" w14:textId="77777777" w:rsidR="002E762B" w:rsidRDefault="00000000">
      <w:r>
        <w:br w:type="page"/>
      </w:r>
    </w:p>
    <w:p w14:paraId="071CAFE6" w14:textId="77777777" w:rsidR="002E762B" w:rsidRDefault="00000000">
      <w:pPr>
        <w:pStyle w:val="1"/>
      </w:pPr>
      <w:r>
        <w:lastRenderedPageBreak/>
        <w:t xml:space="preserve">2 </w:t>
      </w:r>
      <w:r>
        <w:t>実施内容と双方の役割</w:t>
      </w:r>
    </w:p>
    <w:p w14:paraId="7294C5F8" w14:textId="77777777" w:rsidR="002E762B" w:rsidRDefault="00000000">
      <w:pPr>
        <w:pStyle w:val="21"/>
      </w:pPr>
      <w:r>
        <w:t>仮説と最初に試すこと</w:t>
      </w:r>
    </w:p>
    <w:p w14:paraId="507BBCDE" w14:textId="77777777" w:rsidR="002E762B" w:rsidRDefault="00000000">
      <w:r>
        <w:rPr>
          <w:sz w:val="18"/>
        </w:rPr>
        <w:t>共同で検討するテーマ、検証方法、必要な参加者・実施場所を記載してください。</w:t>
      </w:r>
    </w:p>
    <w:p w14:paraId="36098191" w14:textId="77777777" w:rsidR="002E762B" w:rsidRDefault="00000000">
      <w:pPr>
        <w:spacing w:after="160"/>
      </w:pPr>
      <w:r>
        <w:t>［ご記入ください］</w:t>
      </w:r>
      <w:r>
        <w:br/>
      </w:r>
      <w:r>
        <w:br/>
      </w:r>
    </w:p>
    <w:p w14:paraId="25BC6740" w14:textId="77777777" w:rsidR="002E762B" w:rsidRDefault="00000000">
      <w:pPr>
        <w:pStyle w:val="21"/>
      </w:pPr>
      <w:r>
        <w:t>貴社が提供できるリソース</w:t>
      </w:r>
    </w:p>
    <w:p w14:paraId="47D1D858" w14:textId="77777777" w:rsidR="002E762B" w:rsidRDefault="00000000">
      <w:r>
        <w:rPr>
          <w:sz w:val="18"/>
        </w:rPr>
        <w:t>担当者と人数、専門知識、技術・製品、実証場所、資金等。提供確定と調整中を区別してください。</w:t>
      </w:r>
    </w:p>
    <w:p w14:paraId="5865767E" w14:textId="77777777" w:rsidR="002E762B" w:rsidRDefault="00000000">
      <w:pPr>
        <w:spacing w:after="160"/>
      </w:pPr>
      <w:r>
        <w:t>［ご記入ください］</w:t>
      </w:r>
      <w:r>
        <w:br/>
      </w:r>
      <w:r>
        <w:br/>
      </w:r>
    </w:p>
    <w:p w14:paraId="477FA766" w14:textId="77777777" w:rsidR="002E762B" w:rsidRDefault="00000000">
      <w:pPr>
        <w:pStyle w:val="21"/>
      </w:pPr>
      <w:r>
        <w:t>NEXUS LAB</w:t>
      </w:r>
      <w:r>
        <w:t>への具体的な依頼</w:t>
      </w:r>
    </w:p>
    <w:p w14:paraId="0745D5EA" w14:textId="77777777" w:rsidR="002E762B" w:rsidRDefault="00000000">
      <w:r>
        <w:rPr>
          <w:sz w:val="18"/>
        </w:rPr>
        <w:t>依頼業務・人数・期間・想定作業時間と、企画設計や意思決定における役割を記載してください。</w:t>
      </w:r>
    </w:p>
    <w:p w14:paraId="1D2C2E07" w14:textId="77777777" w:rsidR="002E762B" w:rsidRDefault="00000000">
      <w:pPr>
        <w:spacing w:after="160"/>
      </w:pPr>
      <w:r>
        <w:t>［ご記入ください］</w:t>
      </w:r>
      <w:r>
        <w:br/>
      </w:r>
      <w:r>
        <w:br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04"/>
        <w:gridCol w:w="5328"/>
        <w:gridCol w:w="2304"/>
      </w:tblGrid>
      <w:tr w:rsidR="002E762B" w14:paraId="3593B500" w14:textId="77777777"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2EE88FA" w14:textId="77777777" w:rsidR="002E762B" w:rsidRDefault="00000000">
            <w:pPr>
              <w:spacing w:after="0"/>
            </w:pPr>
            <w:r>
              <w:rPr>
                <w:b/>
                <w:sz w:val="20"/>
              </w:rPr>
              <w:t>段階・時期</w:t>
            </w:r>
          </w:p>
        </w:tc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409AEC5" w14:textId="77777777" w:rsidR="002E762B" w:rsidRDefault="00000000">
            <w:pPr>
              <w:spacing w:after="0"/>
            </w:pPr>
            <w:r>
              <w:rPr>
                <w:b/>
                <w:sz w:val="20"/>
              </w:rPr>
              <w:t>実施内容と成果物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2828E24" w14:textId="77777777" w:rsidR="002E762B" w:rsidRDefault="00000000">
            <w:pPr>
              <w:spacing w:after="0"/>
            </w:pPr>
            <w:r>
              <w:rPr>
                <w:b/>
                <w:sz w:val="20"/>
              </w:rPr>
              <w:t>担当</w:t>
            </w:r>
          </w:p>
        </w:tc>
      </w:tr>
      <w:tr w:rsidR="002E762B" w14:paraId="6BEC2C4E" w14:textId="77777777"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E938422" w14:textId="77777777" w:rsidR="002E762B" w:rsidRDefault="00000000">
            <w:pPr>
              <w:spacing w:after="0"/>
            </w:pPr>
            <w:r>
              <w:rPr>
                <w:sz w:val="20"/>
              </w:rPr>
              <w:t>課題整理［時期］</w:t>
            </w:r>
          </w:p>
        </w:tc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C4102F6" w14:textId="77777777" w:rsidR="002E762B" w:rsidRDefault="00000000">
            <w:pPr>
              <w:spacing w:after="0"/>
            </w:pPr>
            <w:r>
              <w:rPr>
                <w:sz w:val="20"/>
              </w:rPr>
              <w:t>［記入］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51B85E2" w14:textId="77777777" w:rsidR="002E762B" w:rsidRDefault="00000000">
            <w:pPr>
              <w:spacing w:after="0"/>
            </w:pPr>
            <w:r>
              <w:rPr>
                <w:sz w:val="20"/>
              </w:rPr>
              <w:t>［記入］</w:t>
            </w:r>
          </w:p>
        </w:tc>
      </w:tr>
      <w:tr w:rsidR="002E762B" w14:paraId="1ACDA89F" w14:textId="77777777"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E6C9A2E" w14:textId="77777777" w:rsidR="002E762B" w:rsidRDefault="00000000">
            <w:pPr>
              <w:spacing w:after="0"/>
            </w:pPr>
            <w:r>
              <w:rPr>
                <w:sz w:val="20"/>
              </w:rPr>
              <w:t>試行・検証［時期］</w:t>
            </w:r>
          </w:p>
        </w:tc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763BB7E" w14:textId="77777777" w:rsidR="002E762B" w:rsidRDefault="00000000">
            <w:pPr>
              <w:spacing w:after="0"/>
            </w:pPr>
            <w:r>
              <w:rPr>
                <w:sz w:val="20"/>
              </w:rPr>
              <w:t>［記入］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81C9004" w14:textId="77777777" w:rsidR="002E762B" w:rsidRDefault="00000000">
            <w:pPr>
              <w:spacing w:after="0"/>
            </w:pPr>
            <w:r>
              <w:rPr>
                <w:sz w:val="20"/>
              </w:rPr>
              <w:t>［記入］</w:t>
            </w:r>
          </w:p>
        </w:tc>
      </w:tr>
      <w:tr w:rsidR="002E762B" w14:paraId="2B186C91" w14:textId="77777777"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ECA93F5" w14:textId="77777777" w:rsidR="002E762B" w:rsidRDefault="00000000">
            <w:pPr>
              <w:spacing w:after="0"/>
            </w:pPr>
            <w:r>
              <w:rPr>
                <w:sz w:val="20"/>
              </w:rPr>
              <w:t>振り返り［時期］</w:t>
            </w:r>
          </w:p>
        </w:tc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C9B00B0" w14:textId="77777777" w:rsidR="002E762B" w:rsidRDefault="00000000">
            <w:pPr>
              <w:spacing w:after="0"/>
            </w:pPr>
            <w:r>
              <w:rPr>
                <w:sz w:val="20"/>
              </w:rPr>
              <w:t>［記入］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1761BE2" w14:textId="77777777" w:rsidR="002E762B" w:rsidRDefault="00000000">
            <w:pPr>
              <w:spacing w:after="0"/>
            </w:pPr>
            <w:r>
              <w:rPr>
                <w:sz w:val="20"/>
              </w:rPr>
              <w:t>［記入］</w:t>
            </w:r>
          </w:p>
        </w:tc>
      </w:tr>
    </w:tbl>
    <w:p w14:paraId="6309CABF" w14:textId="77777777" w:rsidR="002E762B" w:rsidRDefault="002E762B"/>
    <w:p w14:paraId="09B3DF17" w14:textId="77777777" w:rsidR="002E762B" w:rsidRDefault="00000000">
      <w:pPr>
        <w:pStyle w:val="21"/>
      </w:pPr>
      <w:r>
        <w:t>成果の確認と継続判断</w:t>
      </w:r>
    </w:p>
    <w:p w14:paraId="54821B1E" w14:textId="77777777" w:rsidR="002E762B" w:rsidRDefault="00000000">
      <w:r>
        <w:rPr>
          <w:sz w:val="18"/>
        </w:rPr>
        <w:t>評価指標・確認時期・継続判断者を記載してください。開始後90日程度の到達点も示してください。</w:t>
      </w:r>
    </w:p>
    <w:p w14:paraId="1E573CB8" w14:textId="77777777" w:rsidR="002E762B" w:rsidRDefault="00000000">
      <w:pPr>
        <w:spacing w:after="160"/>
      </w:pPr>
      <w:r>
        <w:t>［ご記入ください］</w:t>
      </w:r>
      <w:r>
        <w:br/>
      </w:r>
    </w:p>
    <w:p w14:paraId="13C12B20" w14:textId="77777777" w:rsidR="002E762B" w:rsidRDefault="00000000">
      <w:r>
        <w:br w:type="page"/>
      </w:r>
    </w:p>
    <w:p w14:paraId="74A01AA7" w14:textId="77777777" w:rsidR="002E762B" w:rsidRDefault="00000000">
      <w:pPr>
        <w:pStyle w:val="1"/>
      </w:pPr>
      <w:r>
        <w:lastRenderedPageBreak/>
        <w:t xml:space="preserve">3 </w:t>
      </w:r>
      <w:r>
        <w:t>費用と運営条件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80"/>
        <w:gridCol w:w="3888"/>
        <w:gridCol w:w="3168"/>
      </w:tblGrid>
      <w:tr w:rsidR="002E762B" w14:paraId="5282A4F3" w14:textId="77777777"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D2B6311" w14:textId="77777777" w:rsidR="002E762B" w:rsidRDefault="00000000">
            <w:pPr>
              <w:spacing w:after="0"/>
            </w:pPr>
            <w:r>
              <w:rPr>
                <w:b/>
                <w:sz w:val="20"/>
              </w:rPr>
              <w:t>費目</w:t>
            </w:r>
          </w:p>
        </w:tc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4845A51" w14:textId="77777777" w:rsidR="002E762B" w:rsidRDefault="00000000">
            <w:pPr>
              <w:spacing w:after="0"/>
            </w:pPr>
            <w:r>
              <w:rPr>
                <w:b/>
                <w:sz w:val="20"/>
              </w:rPr>
              <w:t>金額と算定根拠</w:t>
            </w: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489B8C8" w14:textId="77777777" w:rsidR="002E762B" w:rsidRDefault="00000000">
            <w:pPr>
              <w:spacing w:after="0"/>
            </w:pPr>
            <w:r>
              <w:rPr>
                <w:b/>
                <w:sz w:val="20"/>
              </w:rPr>
              <w:t>負担者・支払先</w:t>
            </w:r>
          </w:p>
        </w:tc>
      </w:tr>
      <w:tr w:rsidR="002E762B" w14:paraId="1C7F37F3" w14:textId="77777777"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8FEE560" w14:textId="77777777" w:rsidR="002E762B" w:rsidRDefault="00000000">
            <w:pPr>
              <w:spacing w:after="0"/>
            </w:pPr>
            <w:r>
              <w:rPr>
                <w:sz w:val="20"/>
              </w:rPr>
              <w:t>企画・運営費</w:t>
            </w:r>
          </w:p>
        </w:tc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5B291AD" w14:textId="77777777" w:rsidR="002E762B" w:rsidRDefault="00000000">
            <w:pPr>
              <w:spacing w:after="0"/>
            </w:pPr>
            <w:r>
              <w:rPr>
                <w:sz w:val="20"/>
              </w:rPr>
              <w:t>［税込／税別も記載］</w:t>
            </w: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E8B9927" w14:textId="77777777" w:rsidR="002E762B" w:rsidRDefault="00000000">
            <w:pPr>
              <w:spacing w:after="0"/>
            </w:pPr>
            <w:r>
              <w:rPr>
                <w:sz w:val="20"/>
              </w:rPr>
              <w:t>［記入］</w:t>
            </w:r>
          </w:p>
        </w:tc>
      </w:tr>
      <w:tr w:rsidR="002E762B" w14:paraId="76C5FC29" w14:textId="77777777"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7922364" w14:textId="77777777" w:rsidR="002E762B" w:rsidRDefault="00000000">
            <w:pPr>
              <w:spacing w:after="0"/>
            </w:pPr>
            <w:r>
              <w:rPr>
                <w:sz w:val="20"/>
              </w:rPr>
              <w:t>謝金・委託料・協賛金等</w:t>
            </w:r>
          </w:p>
        </w:tc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C64A36C" w14:textId="77777777" w:rsidR="002E762B" w:rsidRDefault="00000000">
            <w:pPr>
              <w:spacing w:after="0"/>
            </w:pPr>
            <w:r>
              <w:rPr>
                <w:sz w:val="20"/>
              </w:rPr>
              <w:t>［記入／なし］</w:t>
            </w: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BDE35E2" w14:textId="77777777" w:rsidR="002E762B" w:rsidRDefault="00000000">
            <w:pPr>
              <w:spacing w:after="0"/>
            </w:pPr>
            <w:r>
              <w:rPr>
                <w:sz w:val="20"/>
              </w:rPr>
              <w:t>［記入］</w:t>
            </w:r>
          </w:p>
        </w:tc>
      </w:tr>
      <w:tr w:rsidR="002E762B" w14:paraId="79081935" w14:textId="77777777"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467A1AA" w14:textId="77777777" w:rsidR="002E762B" w:rsidRDefault="00000000">
            <w:pPr>
              <w:spacing w:after="0"/>
            </w:pPr>
            <w:r>
              <w:rPr>
                <w:sz w:val="20"/>
              </w:rPr>
              <w:t>会場・物品・交通等の実費</w:t>
            </w:r>
          </w:p>
        </w:tc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6B1B879" w14:textId="77777777" w:rsidR="002E762B" w:rsidRDefault="00000000">
            <w:pPr>
              <w:spacing w:after="0"/>
            </w:pPr>
            <w:r>
              <w:rPr>
                <w:sz w:val="20"/>
              </w:rPr>
              <w:t>［記入／なし］</w:t>
            </w: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AFEB8E5" w14:textId="77777777" w:rsidR="002E762B" w:rsidRDefault="00000000">
            <w:pPr>
              <w:spacing w:after="0"/>
            </w:pPr>
            <w:r>
              <w:rPr>
                <w:sz w:val="20"/>
              </w:rPr>
              <w:t>［記入］</w:t>
            </w:r>
          </w:p>
        </w:tc>
      </w:tr>
    </w:tbl>
    <w:p w14:paraId="46BBF54C" w14:textId="77777777" w:rsidR="002E762B" w:rsidRDefault="002E762B"/>
    <w:p w14:paraId="33BE45CB" w14:textId="77777777" w:rsidR="002E762B" w:rsidRDefault="00000000">
      <w:r>
        <w:rPr>
          <w:sz w:val="20"/>
        </w:rPr>
        <w:t>総予算：［記入］　資金確保状況：［記入］</w:t>
      </w:r>
      <w:r>
        <w:rPr>
          <w:sz w:val="20"/>
        </w:rPr>
        <w:br/>
        <w:t>支払時期・条件：［記入］　参加者負担：［有無・金額］</w:t>
      </w:r>
    </w:p>
    <w:p w14:paraId="258846C7" w14:textId="77777777" w:rsidR="002E762B" w:rsidRDefault="00000000">
      <w:pPr>
        <w:pStyle w:val="21"/>
      </w:pPr>
      <w:r>
        <w:t>責任者と問題発生時の対応</w:t>
      </w:r>
    </w:p>
    <w:p w14:paraId="78100573" w14:textId="77777777" w:rsidR="002E762B" w:rsidRDefault="00000000">
      <w:r>
        <w:rPr>
          <w:sz w:val="18"/>
        </w:rPr>
        <w:t>実施責任者、当日の連絡先、事故・苦情・中止時の対応分担、担当交代時の引継ぎ方法を記載してください。</w:t>
      </w:r>
    </w:p>
    <w:p w14:paraId="19ADFFB8" w14:textId="77777777" w:rsidR="002E762B" w:rsidRDefault="00000000">
      <w:pPr>
        <w:spacing w:after="160"/>
      </w:pPr>
      <w:r>
        <w:t>［ご記入ください］</w:t>
      </w:r>
      <w:r>
        <w:br/>
      </w:r>
    </w:p>
    <w:p w14:paraId="433801BF" w14:textId="77777777" w:rsidR="002E762B" w:rsidRDefault="00000000">
      <w:pPr>
        <w:pStyle w:val="21"/>
      </w:pPr>
      <w:r>
        <w:t>成果物と情報の取り扱い</w:t>
      </w:r>
    </w:p>
    <w:p w14:paraId="56A7D64D" w14:textId="77777777" w:rsidR="002E762B" w:rsidRDefault="00000000">
      <w:r>
        <w:rPr>
          <w:sz w:val="18"/>
        </w:rPr>
        <w:t>成果物の利用・権利に関する希望、個人情報の取得項目・目的・共有先、秘密情報の有無を記載してください。</w:t>
      </w:r>
    </w:p>
    <w:p w14:paraId="7FD5209C" w14:textId="77777777" w:rsidR="002E762B" w:rsidRDefault="00000000">
      <w:pPr>
        <w:spacing w:after="160"/>
      </w:pPr>
      <w:r>
        <w:t>［ご記入ください］</w:t>
      </w:r>
      <w:r>
        <w:br/>
      </w:r>
    </w:p>
    <w:p w14:paraId="2E50FC4E" w14:textId="77777777" w:rsidR="002E762B" w:rsidRDefault="00000000">
      <w:pPr>
        <w:pStyle w:val="21"/>
      </w:pPr>
      <w:r>
        <w:t>名称の使用と対外発信</w:t>
      </w:r>
    </w:p>
    <w:p w14:paraId="73EC0AEF" w14:textId="77777777" w:rsidR="002E762B" w:rsidRDefault="00000000">
      <w:r>
        <w:rPr>
          <w:sz w:val="18"/>
        </w:rPr>
        <w:t>団体名・ロゴ・写真・実績の掲載希望、発信媒体、事前確認の方法を記載してください。</w:t>
      </w:r>
    </w:p>
    <w:p w14:paraId="416C616B" w14:textId="77777777" w:rsidR="002E762B" w:rsidRDefault="00000000">
      <w:pPr>
        <w:spacing w:after="160"/>
      </w:pPr>
      <w:r>
        <w:t>［ご記入ください］</w:t>
      </w:r>
      <w:r>
        <w:br/>
      </w:r>
    </w:p>
    <w:p w14:paraId="75E2239A" w14:textId="77777777" w:rsidR="002E762B" w:rsidRDefault="00000000">
      <w:pPr>
        <w:pStyle w:val="21"/>
      </w:pPr>
      <w:r>
        <w:t>実績と初回相談で確認したいこと</w:t>
      </w:r>
    </w:p>
    <w:p w14:paraId="7F7CD40F" w14:textId="77777777" w:rsidR="002E762B" w:rsidRDefault="00000000">
      <w:r>
        <w:rPr>
          <w:sz w:val="18"/>
        </w:rPr>
        <w:t>類似の連携実績と貴社の担当範囲、添付資料、希望する相談事項・候補日時を記載してください。</w:t>
      </w:r>
    </w:p>
    <w:p w14:paraId="72E05315" w14:textId="77777777" w:rsidR="002E762B" w:rsidRDefault="00000000">
      <w:pPr>
        <w:spacing w:after="160"/>
      </w:pPr>
      <w:r>
        <w:t>［ご記入ください］</w:t>
      </w:r>
      <w:r>
        <w:br/>
      </w:r>
    </w:p>
    <w:p w14:paraId="22E054C7" w14:textId="77777777" w:rsidR="002E762B" w:rsidRDefault="00000000">
      <w:r>
        <w:rPr>
          <w:b/>
        </w:rPr>
        <w:t>提出にあたって</w:t>
      </w:r>
    </w:p>
    <w:p w14:paraId="13210B6C" w14:textId="77777777" w:rsidR="002E762B" w:rsidRDefault="00000000">
      <w:r>
        <w:rPr>
          <w:sz w:val="18"/>
        </w:rPr>
        <w:t>本書は連携の検討資料です。提出のみで共創・協業、費用負担、企業紹介等が確定するものではありません。実施条件や名称の使用、対外発信は、双方で確認・合意のうえ進めます。</w:t>
      </w:r>
    </w:p>
    <w:sectPr w:rsidR="002E762B" w:rsidSect="00034616">
      <w:footerReference w:type="default" r:id="rId8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9C2FD" w14:textId="77777777" w:rsidR="0033376D" w:rsidRDefault="0033376D">
      <w:pPr>
        <w:spacing w:after="0" w:line="240" w:lineRule="auto"/>
      </w:pPr>
      <w:r>
        <w:separator/>
      </w:r>
    </w:p>
  </w:endnote>
  <w:endnote w:type="continuationSeparator" w:id="0">
    <w:p w14:paraId="64051456" w14:textId="77777777" w:rsidR="0033376D" w:rsidRDefault="00333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JP">
    <w:altName w:val="Yu Gothic"/>
    <w:charset w:val="80"/>
    <w:family w:val="swiss"/>
    <w:pitch w:val="variable"/>
    <w:sig w:usb0="20000083" w:usb1="2ADF3C10" w:usb2="00000016" w:usb3="00000000" w:csb0="0006010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79EC5" w14:textId="77777777" w:rsidR="002E762B" w:rsidRDefault="00000000">
    <w:pPr>
      <w:pStyle w:val="a7"/>
      <w:jc w:val="right"/>
    </w:pPr>
    <w:r>
      <w:rPr>
        <w:sz w:val="18"/>
      </w:rPr>
      <w:t xml:space="preserve">NEXUS </w:t>
    </w:r>
    <w:proofErr w:type="gramStart"/>
    <w:r>
      <w:rPr>
        <w:sz w:val="18"/>
      </w:rPr>
      <w:t xml:space="preserve">LAB  </w:t>
    </w:r>
    <w:proofErr w:type="spellStart"/>
    <w:r>
      <w:rPr>
        <w:sz w:val="18"/>
      </w:rPr>
      <w:t>共創提案書</w:t>
    </w:r>
    <w:proofErr w:type="spellEnd"/>
    <w:proofErr w:type="gramEnd"/>
    <w:r>
      <w:rPr>
        <w:sz w:val="18"/>
      </w:rPr>
      <w:t xml:space="preserve">  |  </w:t>
    </w:r>
    <w:r>
      <w:fldChar w:fldCharType="begin"/>
    </w:r>
    <w:r>
      <w:instrText>PAGE</w:instrText>
    </w:r>
    <w:r>
      <w:fldChar w:fldCharType="separate"/>
    </w:r>
    <w:r w:rsidR="00BE6EA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0D21F" w14:textId="77777777" w:rsidR="0033376D" w:rsidRDefault="0033376D">
      <w:pPr>
        <w:spacing w:after="0" w:line="240" w:lineRule="auto"/>
      </w:pPr>
      <w:r>
        <w:separator/>
      </w:r>
    </w:p>
  </w:footnote>
  <w:footnote w:type="continuationSeparator" w:id="0">
    <w:p w14:paraId="08AEDD2C" w14:textId="77777777" w:rsidR="0033376D" w:rsidRDefault="003337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9528530">
    <w:abstractNumId w:val="8"/>
  </w:num>
  <w:num w:numId="2" w16cid:durableId="1961571447">
    <w:abstractNumId w:val="6"/>
  </w:num>
  <w:num w:numId="3" w16cid:durableId="372854029">
    <w:abstractNumId w:val="5"/>
  </w:num>
  <w:num w:numId="4" w16cid:durableId="2064331081">
    <w:abstractNumId w:val="4"/>
  </w:num>
  <w:num w:numId="5" w16cid:durableId="473252168">
    <w:abstractNumId w:val="7"/>
  </w:num>
  <w:num w:numId="6" w16cid:durableId="19743151">
    <w:abstractNumId w:val="3"/>
  </w:num>
  <w:num w:numId="7" w16cid:durableId="509569897">
    <w:abstractNumId w:val="2"/>
  </w:num>
  <w:num w:numId="8" w16cid:durableId="347408445">
    <w:abstractNumId w:val="1"/>
  </w:num>
  <w:num w:numId="9" w16cid:durableId="1404378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E762B"/>
    <w:rsid w:val="00326F90"/>
    <w:rsid w:val="0033376D"/>
    <w:rsid w:val="00AA1D8D"/>
    <w:rsid w:val="00AA7DDC"/>
    <w:rsid w:val="00B47730"/>
    <w:rsid w:val="00BE6EA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FE562A"/>
  <w14:defaultImageDpi w14:val="300"/>
  <w15:docId w15:val="{20775419-37A5-D643-8CD2-54CA05F50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/>
    </w:pPr>
    <w:rPr>
      <w:rFonts w:ascii="Noto Sans JP" w:eastAsia="Noto Sans JP" w:hAnsi="Noto Sans JP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80" w:after="6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8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NEXUS LAB 共創提案書</dc:title>
  <dc:subject/>
  <dc:creator>NEXUS LAB</dc:creator>
  <cp:keywords/>
  <dc:description>generated by python-docx</dc:description>
  <cp:lastModifiedBy>Harumasa OOWAN</cp:lastModifiedBy>
  <cp:revision>2</cp:revision>
  <dcterms:created xsi:type="dcterms:W3CDTF">2026-09-11T10:00:00Z</dcterms:created>
  <dcterms:modified xsi:type="dcterms:W3CDTF">2026-09-11T10:00:00Z</dcterms:modified>
  <cp:category/>
</cp:coreProperties>
</file>